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פערים מרחביים וכיצד מודדים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גורמים שיוצרים אי שוויון בין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בשאלת הצדק הסביבתי ומי משלם את מחיר הזיהום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פערים בין מקומות שונים ברמת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תוחלת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פערים קיימים גם בתוך מדינה אחת ובתוך עיר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תוחלת חיים גבוהה מעידה בדרך כלל על שירותי בריאות ורמת חיים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תוחלת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גורמים ופערים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(יכולים להקשות על התפתחות כלכלית של אזור)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(פוגעות בהזדמנויות של תושבי המקום)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(דוגמה לבעיית צדק סביבתי)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(עשויה להעיד על שירותי בריאות חלשים)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הגיוני - איך בודקים פער בין שני 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שני אזורים להשוואה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אוספים נתונים לפי מדדי פיתוח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משווים בין הנתונים של שני האזורים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מזהים את הגורמים האפשריים לפער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הצעה קונקרטית (למשל השקעה בחינוך, תחבורה ציבורית, בריאות) עם הסבר הגיוני לקשר בין הצעד לצמצום הפער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הבדלים ברמת החיים בין מקומות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תוחלת חיים, תמ״ג לנפש, השכלה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שלפיו אף אוכלוסייה לא תסבול יותר מזיהום מאחרות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מוכרות לפערים בסביבת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שפערים אינם 'גזירת גורל' אלא תוצאה של תהליכים שניתן להשפיע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שימוש בדוגמאות מהיחידה או מהסביבה הקרובה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זו לומדים למה יש מקומות עשירים ומקומות עניים - בעולם, במדינה אחת ואפילו בתוך עיר אחת - ואילו דרכים קיימות לצמצם את הפערים.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תוחלת  ·  אי שוויון  ·  פיתוח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אי שוויון מרחבי?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הבדל בין עונות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פערים בין מקומות שונים ברמת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הבדל בגובה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הוא מדד פיתוח נפוץ?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ימי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תוחלת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 הדגל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 שוויון מרחבי קיים רק בין מדינות עניות למדינות עשירות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תוחלת חיים היא אחד המדדים לבדיקת רמת הפיתוח של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פערים בין מקומות עשירים לעניים נקראים __________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כלי למדידת רמת החיים במקום נקרא מדד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מספר השנים הממוצע שאדם צפוי לחיות נקרא __________ 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גורמים ופערים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משאבי טבע מועטים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דוגמה לבעיית צדק סביבתי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תשתיות חינוך חלשות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עשויה להעיד על שירותי בריאות חלשים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מפעל מזהם ליד שכונה ענייה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פוגעות בהזדמנויות של תושבי המקום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תוחלת חיים נמוכה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יכולים להקשות על התפתחות כלכלית של אזור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הגיוני - איך בודקים פער בין שני 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אוספים נתונים לפי מדדי פיתוח 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שני אזורים להשוואה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מזהים את הגורמים האפשריים לפער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משווים בין הנתונים של שני האזורים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הציעו צעד אחד שיכול לסייע לצמצום פערים מרחביים, והסבירו למה הוא עשוי לעזור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אי שוויון מרחבי?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למדד פיתוח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 שוויון מרחבי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