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 שוויון מרחבי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מהם פערים מרחביים וכיצד מודדים אותם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גורמים שיוצרים אי שוויון בין מקומות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לדון בשאלת הצדק הסביבתי ומי משלם את מחיר הזיהום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פערים בין מקומות שונים ברמת החיים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תוחלת 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בין מדינות, בתוך מדינה ואפילו בתוך עיר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מי סובל יותר מזיהום וקלקול סביבתי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הכנסה כלכלית ממוצעת לתושב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פערים קיימים גם בתוך מדינה אחת ובתוך עיר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תוחלת חיים גבוהה מעידה בדרך כלל על שירותי בריאות ורמת חיים טובים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משאבים ותשתיות משפיעים על ההזדמנויות הכלכליות של 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בדיוק הנושא של צדק סביבתי - פערים בחשיפה לזיהום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דרכים לצמצום פערים כמו מדיניות, השקעה בחינוך ותשתיות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 שוויון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פיתוח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תוחלת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סביבתי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תמ״ג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גורמים ופערים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(יכולים להקשות על התפתחות כלכלית של אזור)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(פוגעות בהזדמנויות של תושבי המקום)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(דוגמה לבעיית צדק סביבתי)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(עשויה להעיד על שירותי בריאות חלשים)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(יכולה לסייע בצמצום פערים מרחביים)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הגיוני - איך בודקים פער בין שני אזורים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שני אזורים להשוואה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אוספים נתונים לפי מדדי פיתוח 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משווים בין הנתונים של שני האזורים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מזהים את הגורמים האפשריים לפער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חושבים על דרכים אפשריות לצמצום הפער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 תיאור של שני אזורים שונים בעיר אחת (למשל שכונה עשירה ושכונה ענייה), והסבר הכולל לפחות גורם אחד כמו תשתיות, השכלה או היסטוריה של פיתוח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טובה תכלול הצעה קונקרטית (למשל השקעה בחינוך, תחבורה ציבורית, בריאות) עם הסבר הגיוני לקשר בין הצעד לצמצום הפער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הבדלים ברמת החיים בין מקומות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תוחלת חיים, תמ״ג לנפש, השכלה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רעיון שלפיו אף אוכלוסייה לא תסבול יותר מזיהום מאחרות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דוגמאות מוכרות לפערים בסביבת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שפערים אינם 'גזירת גורל' אלא תוצאה של תהליכים שניתן להשפיע עליהם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לעודד שימוש בדוגמאות מהיחידה או מהסביבה הקרובה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 שוויון מרחבי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מקומות עשירים ויש מקומות עניים. זה נקרא פער. לומדים למה יש פערים ואיך אפשר להקטין אותם.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 שוויון מרחבי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הבדלים גדולים בין מקומות שונים - עושר, בריאות, חינוך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מדדי פיתוח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כלים למדידת רמת החיים במקום, למשל תוחלת חיים או הכנסה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תוחלת חיים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שנים בממוצע אדם צפוי לחיות באותו 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תמ״ג לנפש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סך הערך הכלכלי שמופק במדינה, מחולק במספר התושבים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צדק סביבתי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רעיון שלפיו אף אוכלוסייה לא צריכה לסבול יותר מזיהום מאחרות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גורמי אי שוויון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סיבות שיוצרות פערים, כמו משאבי טבע, תשתיות או היסטוריה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פיתוח בר קיימא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התפתחות שדואגת גם לדורות הבאים ולא פוגעת בסביבה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המילה 'אי שוויון מרחבי'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הבדל בין עונות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פערים בין מקומות שונים ברמת החיים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הבדל בגובה ההרים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הבדל בשעון הקיץ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בודקים כדי למדוד כמה מקום מפותח?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מספר ימי הגשם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תוחלת 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צבע הדגל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גודל השטח הימי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יכולים להיות פערים?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בין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בתוך עיר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בין מדינות, בתוך מדינה ואפילו בתוך 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באזורים כפריים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'צדק סביבתי'?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 בונה הכי הרבה כבישים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 סובל יותר מזיהום וקלקול סביבתי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 גר הכי קרוב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איזו מדינה הכי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תמ״ג לנפש בודק 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כמות המשקעים במדינה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הכנסה כלכלית ממוצעת לתושב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התושבים במדינה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גודל השטח של המדינה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 שוויון מרחבי קיים רק בין מדינות עניות למדינות עשירות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תוחלת חיים היא אחד המדדים לבדיקת רמת הפיתוח של מקום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גורמים לאי שוויון יכולים לכלול משאבי טבע ותשתיות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אוכלוסיות מוחלשות סובלות לעיתים יותר מזיהום סביבתי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 אפשר לצמצם פערים מרחביים בשום דרך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פערים בין מקומות עשירים לעניים נקראים __________ מרחבי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כלי למדידת רמת החיים במקום נקרא מדד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מספר השנים הממוצע שאדם צפוי לחיות נקרא __________ 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הרעיון שאף אוכלוסייה לא תסבול יותר מזיהום נקרא צדק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ערך כלכלי שמופק במדינה מחולק במספר התושבים נקרא __________ לנפש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גורמים ופערים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משאבי טבע מועטים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עשויה להעיד על שירותי בריאות חלשים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תשתיות חינוך חלשות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יכולה לסייע בצמצום פערים מרחביים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מפעל מזהם ליד שכונה ענייה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יכולים להקשות על התפתחות כלכלית של אזור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תוחלת חיים נמוכה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דוגמה לבעיית צדק סביבתי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מדיניות ממשלתית תומכת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פוגעות בהזדמנויות של תושבי המקום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הגיוני - איך בודקים פער בין שני אזורים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מזהים את הגורמים האפשריים לפער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חושבים על דרכים אפשריות לצמצום הפער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שני אזורים להשוואה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משווים בין הנתונים של שני האזורים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אוספים נתונים לפי מדדי פיתוח שונים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דוגמה (אמיתית או דמיונית) לאי שוויון מרחבי בתוך עיר אחת, והסבירו אילו גורמים עשויים ליצור אותו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הציעו צעד אחד שיכול לסייע לצמצום פערים מרחביים, והסבירו למה הוא עשוי לעזור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אי שוויון מרחבי?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למדד פיתוח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צדק סביבתי?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אי שוויון מרחבי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